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"בכל זאת אני עולה" - מאיה אנג'לו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דמות הדוברת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העמידה מול דיכוי, הגאווה והזיכרון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"אתם", מי שמזלזלים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משמשת כפזמון ומבטאת עמידה חוזרת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השיר ובדמות הדוברת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 - היא מתריסה וגאה, לא מתנצלת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הדוברת רואה עצמה כהגשמת חלום אבותיה העבדים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אמצעי 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("אך אני כאוויר, בכל זאת אעלה")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("האם החוצפה שלי מרגיזה אתכם?")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("בארות נפט נשאבים אצלי בסלון")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("אני אוקיינוס שחור, שוצף ורחב")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התפתחות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הדוברת מאשימה את ה"אתם" בשכתוב ההיסטוריה שלה בשקרים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הדוברת שואלת שאלות רטוריות מתריסות על החוצפה והגאווה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הדוברת מתארת את עצמה כאילו היא עשירה בנפט, זהב ויהלומים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הדוברת עולה מתוך ההיסטוריה הכואבת של העבדות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למרות הדיכוי, השקרים וההשפלה, היא לא נשברת וממשיכה לקום שוב ושוב, כמו כוחות טבע שאי אפשר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השוואה לאוקיינוס או לגאות הים - מבטא כוח שאי אפשר לעצור, בדיוק כמו עמידתה של הדוברת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הנמענים כמי שמזלזלים ומשקרים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החזרה 'בכל זאת אעלה' ומסביר שהיא מבטאת עמידה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 אמצעי (חזרה, שאלה רטורית, דימוי, רמיזה) ומסביר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קצב השיר המקורי באנגלית כדי להמחיש את תפקיד החריזה והפזמון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הדיון בשיר לנושא העמידה מול דיכוי באופן כללי, מבלי להיכנס לפוליטיקה עכשווית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למצוא דוגמאות נוספות להומור ולהתרסה בשיר ולדון בהן בקבוצות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"בכל זאת אני עולה" - מאיה אנג'לו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"בכל זאת אני עולה" נכתב על ידי מאיה אנג'לו, משוררת אפרו-אמריקאית ופעילה למען זכויות האזרח. הדוברת בשיר פונה אל מי שמזלזלים בה ומנסים לשבור אותה, ומכריזה שוב ושוב שהיא עולה וממשיכה הלאה.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עולה  ·  אתם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אל מי פונה הדוברת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 "אתם", מי שמזלזלים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החזרה "בכל זאת אעלה"?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מבטאת ייאוש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יוצרת חריזה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משמשת כפזמון ומבטאת עמידה חוזרת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הדוברת בשיר היא אישה שחורה הנאבקת מול דיכוי וגזענות.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הדוברת בשיר מבקשת סליחה מהנמענים על התנהגותה.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נשען על ההיסטוריה של העבדות בארצות הברית.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הדוברת בשיר מכריזה שוב ושוב שהיא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הדוברת פונה אל __________ שמזלזלים בה ומשקרים עליה.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אמצעי 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חזרה (פזמון)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"האם החוצפה שלי מרגיזה אתכם?"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"אך אני כאוויר, בכל זאת אעלה"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דימוי מוגזם משעשע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"אני אוקיינוס שחור, שוצף ורחב"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דימוי מכוחות הטבע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"בארות נפט נשאבים אצלי בסלון"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התפתחות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הדוברת מתארת את עצמה כאילו היא עשירה בנפט, זהב ויהלומים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הדוברת מאשימה את ה"אתם" בשכתוב ההיסטוריה שלה בשקרים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הדוברת עולה מתוך ההיסטוריה הכואבת של העבדות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הדוברת שואלת שאלות רטוריות מתריסות על החוצפה והגאווה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הדוברת חוזרת ואומרת שהיא 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אחת מהשיר לדימוי מהטבע, והסבירו מה הוא מבטא.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הם ה"אתם" שאליהם פונה הדוברת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הפזמון החוזר בשיר ומה הוא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"בכל זאת אני עולה" - מאיה אנג'לו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